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NEWTON CHIRCHIR</w:t>
      </w:r>
    </w:p>
    <w:p>
      <w:pPr>
        <w:jc w:val="center"/>
      </w:pPr>
      <w:r>
        <w:rPr>
          <w:b/>
          <w:sz w:val="22"/>
        </w:rPr>
        <w:t>SOFTWARE ENGINEER | FULL-STACK &amp; AI ENGINEERING</w:t>
      </w:r>
    </w:p>
    <w:p>
      <w:pPr>
        <w:jc w:val="center"/>
      </w:pPr>
      <w:r>
        <w:rPr>
          <w:sz w:val="18"/>
        </w:rPr>
        <w:t>Nairobi, Kenya  |  GitHub: github.com/newtonchirchir  |  Portfolio: newton-chirchir.netlify.app</w:t>
      </w:r>
    </w:p>
    <w:p>
      <w:pPr>
        <w:spacing w:before="140" w:after="60"/>
      </w:pPr>
      <w:r>
        <w:rPr>
          <w:b/>
          <w:sz w:val="22"/>
        </w:rPr>
        <w:t>PROFESSIONAL SUMMARY</w:t>
      </w:r>
    </w:p>
    <w:p>
      <w:r>
        <w:t>Software Engineer with 8 years of hands-on experience designing, developing, and debugging full-stack applications, backend services, REST APIs, AI-powered products, authentication systems, and fintech platforms. Strong experience with TypeScript, JavaScript, React, Next.js, Node.js, Express, PostgreSQL, Prisma, and modern AI APIs. Product-oriented engineer capable of taking software from concept and architecture through implementation, database design, API development, integration, debugging, and MVP delivery.</w:t>
      </w:r>
    </w:p>
    <w:p>
      <w:pPr>
        <w:spacing w:before="140" w:after="60"/>
      </w:pPr>
      <w:r>
        <w:rPr>
          <w:b/>
          <w:sz w:val="22"/>
        </w:rPr>
        <w:t>CORE COMPETENCIES</w:t>
      </w:r>
    </w:p>
    <w:p>
      <w:r>
        <w:t>Full-Stack Development • Backend Engineering • REST API Development • Software Architecture • Database Design • AI/LLM Integration • Authentication &amp; Authorization • Fintech Applications • MVP Development • Debugging &amp; Troubleshooting • Git/GitHub • Agile Product Development</w:t>
      </w:r>
    </w:p>
    <w:p>
      <w:pPr>
        <w:spacing w:before="140" w:after="60"/>
      </w:pPr>
      <w:r>
        <w:rPr>
          <w:b/>
          <w:sz w:val="22"/>
        </w:rPr>
        <w:t>TECHNICAL SKILLS</w:t>
      </w:r>
    </w:p>
    <w:p>
      <w:pPr>
        <w:spacing w:after="20"/>
      </w:pPr>
      <w:r>
        <w:rPr>
          <w:b/>
        </w:rPr>
        <w:t xml:space="preserve">Languages: </w:t>
      </w:r>
      <w:r>
        <w:t>JavaScript, TypeScript, Python, SQL</w:t>
      </w:r>
    </w:p>
    <w:p>
      <w:pPr>
        <w:spacing w:after="20"/>
      </w:pPr>
      <w:r>
        <w:rPr>
          <w:b/>
        </w:rPr>
        <w:t xml:space="preserve">Frontend: </w:t>
      </w:r>
      <w:r>
        <w:t>React, Next.js, Tailwind CSS, responsive UI, component-based development</w:t>
      </w:r>
    </w:p>
    <w:p>
      <w:pPr>
        <w:spacing w:after="20"/>
      </w:pPr>
      <w:r>
        <w:rPr>
          <w:b/>
        </w:rPr>
        <w:t xml:space="preserve">Backend: </w:t>
      </w:r>
      <w:r>
        <w:t>Node.js, Express, REST APIs, JWT, Zod, service architecture</w:t>
      </w:r>
    </w:p>
    <w:p>
      <w:pPr>
        <w:spacing w:after="20"/>
      </w:pPr>
      <w:r>
        <w:rPr>
          <w:b/>
        </w:rPr>
        <w:t xml:space="preserve">Databases: </w:t>
      </w:r>
      <w:r>
        <w:t>PostgreSQL, Prisma ORM, Neon, relational database design</w:t>
      </w:r>
    </w:p>
    <w:p>
      <w:pPr>
        <w:spacing w:after="20"/>
      </w:pPr>
      <w:r>
        <w:rPr>
          <w:b/>
        </w:rPr>
        <w:t xml:space="preserve">AI / ML: </w:t>
      </w:r>
      <w:r>
        <w:t>LLM APIs, AI application development, prompt engineering, image analysis, AI classification, embeddings, AI agents</w:t>
      </w:r>
    </w:p>
    <w:p>
      <w:pPr>
        <w:spacing w:after="20"/>
      </w:pPr>
      <w:r>
        <w:rPr>
          <w:b/>
        </w:rPr>
        <w:t xml:space="preserve">Tools: </w:t>
      </w:r>
      <w:r>
        <w:t>Git, GitHub, npm, Linux, Termux, environment configuration, debugging</w:t>
      </w:r>
    </w:p>
    <w:p>
      <w:pPr>
        <w:spacing w:after="20"/>
      </w:pPr>
      <w:r>
        <w:rPr>
          <w:b/>
        </w:rPr>
        <w:t xml:space="preserve">APIs: </w:t>
      </w:r>
      <w:r>
        <w:t>Anthropic API, OpenAI API, third-party API integration</w:t>
      </w:r>
    </w:p>
    <w:p>
      <w:pPr>
        <w:spacing w:before="140" w:after="60"/>
      </w:pPr>
      <w:r>
        <w:rPr>
          <w:b/>
          <w:sz w:val="22"/>
        </w:rPr>
        <w:t>RELEVANT SOFTWARE ENGINEERING EXPERIENCE</w:t>
      </w:r>
    </w:p>
    <w:p>
      <w:pPr>
        <w:ind w:left="259" w:hanging="173"/>
      </w:pPr>
      <w:r>
        <w:rPr>
          <w:b/>
        </w:rPr>
        <w:t xml:space="preserve">• </w:t>
      </w:r>
      <w:r>
        <w:t>Designed and developed full-stack web applications using JavaScript, TypeScript, React, Next.js, Node.js, Express, and Tailwind CSS.</w:t>
      </w:r>
    </w:p>
    <w:p>
      <w:pPr>
        <w:ind w:left="259" w:hanging="173"/>
      </w:pPr>
      <w:r>
        <w:rPr>
          <w:b/>
        </w:rPr>
        <w:t xml:space="preserve">• </w:t>
      </w:r>
      <w:r>
        <w:t>Built REST APIs and backend services implementing authentication, authorization, validation, business logic, error handling, and database integration.</w:t>
      </w:r>
    </w:p>
    <w:p>
      <w:pPr>
        <w:ind w:left="259" w:hanging="173"/>
      </w:pPr>
      <w:r>
        <w:rPr>
          <w:b/>
        </w:rPr>
        <w:t xml:space="preserve">• </w:t>
      </w:r>
      <w:r>
        <w:t>Designed relational database schemas and data models using PostgreSQL, Prisma ORM, and Neon, including users, businesses, customers, transactions, payment methods, and transaction states.</w:t>
      </w:r>
    </w:p>
    <w:p>
      <w:pPr>
        <w:ind w:left="259" w:hanging="173"/>
      </w:pPr>
      <w:r>
        <w:rPr>
          <w:b/>
        </w:rPr>
        <w:t xml:space="preserve">• </w:t>
      </w:r>
      <w:r>
        <w:t>Developed FlowPay, a POS and payment management platform for small businesses, including backend architecture, transaction workflows, customer management, authentication, and database integration.</w:t>
      </w:r>
    </w:p>
    <w:p>
      <w:pPr>
        <w:ind w:left="259" w:hanging="173"/>
      </w:pPr>
      <w:r>
        <w:rPr>
          <w:b/>
        </w:rPr>
        <w:t xml:space="preserve">• </w:t>
      </w:r>
      <w:r>
        <w:t>Built standalone authentication services using JWT, password hashing, Prisma, PostgreSQL, and Express, emphasizing secure and maintainable backend architecture.</w:t>
      </w:r>
    </w:p>
    <w:p>
      <w:pPr>
        <w:ind w:left="259" w:hanging="173"/>
      </w:pPr>
      <w:r>
        <w:rPr>
          <w:b/>
        </w:rPr>
        <w:t xml:space="preserve">• </w:t>
      </w:r>
      <w:r>
        <w:t>Developed AI-powered applications by integrating LLM APIs and designing modular AI service architectures capable of supporting different providers and development environments.</w:t>
      </w:r>
    </w:p>
    <w:p>
      <w:pPr>
        <w:ind w:left="259" w:hanging="173"/>
      </w:pPr>
      <w:r>
        <w:rPr>
          <w:b/>
        </w:rPr>
        <w:t xml:space="preserve">• </w:t>
      </w:r>
      <w:r>
        <w:t>Built CatfishCheck, an AI image verification platform for identifying potentially AI-generated, stolen, or reused images, combining a Next.js interface with AI-powered backend analysis.</w:t>
      </w:r>
    </w:p>
    <w:p>
      <w:pPr>
        <w:ind w:left="259" w:hanging="173"/>
      </w:pPr>
      <w:r>
        <w:rPr>
          <w:b/>
        </w:rPr>
        <w:t xml:space="preserve">• </w:t>
      </w:r>
      <w:r>
        <w:t>Developed an EU AI Act risk classification application using React, Node.js, and LLM-powered analysis to classify AI use cases into regulatory risk categories.</w:t>
      </w:r>
    </w:p>
    <w:p>
      <w:pPr>
        <w:ind w:left="259" w:hanging="173"/>
      </w:pPr>
      <w:r>
        <w:rPr>
          <w:b/>
        </w:rPr>
        <w:t xml:space="preserve">• </w:t>
      </w:r>
      <w:r>
        <w:t>Applied software engineering practices including modular architecture, clean code, API design, database modeling, environment configuration, source control, and iterative testing.</w:t>
      </w:r>
    </w:p>
    <w:p>
      <w:pPr>
        <w:ind w:left="259" w:hanging="173"/>
      </w:pPr>
      <w:r>
        <w:rPr>
          <w:b/>
        </w:rPr>
        <w:t xml:space="preserve">• </w:t>
      </w:r>
      <w:r>
        <w:t>Diagnosed and resolved development issues involving TypeScript, Node.js dependencies, Prisma, database connectivity, platform-specific packages, and Android/Termux development environments.</w:t>
      </w:r>
    </w:p>
    <w:p>
      <w:pPr>
        <w:ind w:left="259" w:hanging="173"/>
      </w:pPr>
      <w:r>
        <w:rPr>
          <w:b/>
        </w:rPr>
        <w:t xml:space="preserve">• </w:t>
      </w:r>
      <w:r>
        <w:t>Rapidly translated product ideas into functional MVPs while considering usability, technical feasibility, maintainability, and future scalability.</w:t>
      </w:r>
    </w:p>
    <w:p>
      <w:pPr>
        <w:spacing w:before="140" w:after="60"/>
      </w:pPr>
      <w:r>
        <w:rPr>
          <w:b/>
          <w:sz w:val="22"/>
        </w:rPr>
        <w:t>SELECTED PROJECTS</w:t>
      </w:r>
    </w:p>
    <w:p>
      <w:pPr>
        <w:spacing w:after="20"/>
      </w:pPr>
      <w:r>
        <w:rPr>
          <w:b/>
        </w:rPr>
        <w:t>FlowPay — POS &amp; Payment Platform</w:t>
      </w:r>
    </w:p>
    <w:p>
      <w:r>
        <w:t>A payment and business management platform for small businesses. Built backend services with Node.js, Express, TypeScript, Prisma and Neon/PostgreSQL, including business, customer, user and transaction models.</w:t>
      </w:r>
    </w:p>
    <w:p>
      <w:pPr>
        <w:spacing w:after="20"/>
      </w:pPr>
      <w:r>
        <w:rPr>
          <w:b/>
        </w:rPr>
        <w:t>CatfishCheck — AI Image Verification</w:t>
      </w:r>
    </w:p>
    <w:p>
      <w:r>
        <w:t>AI-powered image analysis product designed to help identify potentially AI-generated, stolen, or reused images, targeting dating scams and marketplace fraud. Built with Next.js and AI-powered backend services.</w:t>
      </w:r>
    </w:p>
    <w:p>
      <w:pPr>
        <w:spacing w:after="20"/>
      </w:pPr>
      <w:r>
        <w:rPr>
          <w:b/>
        </w:rPr>
        <w:t>EU AI Act Risk Classifier</w:t>
      </w:r>
    </w:p>
    <w:p>
      <w:r>
        <w:t>Interactive AI application that evaluates AI use cases and classifies them according to EU AI Act risk categories using LLM-powered analysis.</w:t>
      </w:r>
    </w:p>
    <w:p>
      <w:pPr>
        <w:spacing w:after="20"/>
      </w:pPr>
      <w:r>
        <w:rPr>
          <w:b/>
        </w:rPr>
        <w:t>Authentication Service</w:t>
      </w:r>
    </w:p>
    <w:p>
      <w:r>
        <w:t>Standalone backend authentication system using Express, TypeScript, JWT, bcryptjs, Prisma and PostgreSQL, with validation and secure credential handling.</w:t>
      </w:r>
    </w:p>
    <w:p>
      <w:pPr>
        <w:spacing w:after="20"/>
      </w:pPr>
      <w:r>
        <w:rPr>
          <w:b/>
        </w:rPr>
        <w:t>ChatPilot AI</w:t>
      </w:r>
    </w:p>
    <w:p>
      <w:r>
        <w:t>AI SaaS concept for creators and agencies, focused on using LLM capabilities to automate content and workflow tasks.</w:t>
      </w:r>
    </w:p>
    <w:p>
      <w:pPr>
        <w:spacing w:before="140" w:after="60"/>
      </w:pPr>
      <w:r>
        <w:rPr>
          <w:b/>
          <w:sz w:val="22"/>
        </w:rPr>
        <w:t>EDUCATION &amp; PROFESSIONAL DEVELOPMENT</w:t>
      </w:r>
    </w:p>
    <w:p>
      <w:r>
        <w:t>Software Engineering / Computer Science background with continued independent development in software engineering, machine learning, artificial intelligence, and product development.</w:t>
      </w:r>
    </w:p>
    <w:p>
      <w:r>
        <w:t>AI Founder Academy — structured learning covering LLMs, tokens, embeddings, vector databases, transformers, neural networks, AI engineering, full-stack development, product design, marketing, sales, and scaling.</w:t>
      </w:r>
    </w:p>
    <w:p>
      <w:pPr>
        <w:spacing w:before="140" w:after="60"/>
      </w:pPr>
      <w:r>
        <w:rPr>
          <w:b/>
          <w:sz w:val="22"/>
        </w:rPr>
        <w:t>PROFESSIONAL STRENGTHS</w:t>
      </w:r>
    </w:p>
    <w:p>
      <w:r>
        <w:t>Problem solving • System thinking • Rapid learning • Product development • Debugging • API architecture • Database design • AI integration • Independent engineering • Technical research • MVP execution</w:t>
      </w:r>
    </w:p>
    <w:p>
      <w:pPr>
        <w:spacing w:before="140" w:after="60"/>
      </w:pPr>
      <w:r>
        <w:rPr>
          <w:b/>
          <w:sz w:val="22"/>
        </w:rPr>
        <w:t>PORTFOLIO &amp; PROFILES</w:t>
      </w:r>
    </w:p>
    <w:p>
      <w:r>
        <w:t>GitHub: github.com/newtonchirchir</w:t>
      </w:r>
    </w:p>
    <w:p>
      <w:r>
        <w:t>Portfolio: newton-chirchir.netlify.app</w:t>
      </w:r>
    </w:p>
    <w:p>
      <w:r>
        <w:t>LinkedIn: linkedin.com/in/newtonchirchir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Newton Chirchir | Software Engineer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